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באמצע מילה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היכן נמצא השווא באמצע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שבהן השווא סוגר 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מילים להברות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באיזו אות נמצא השווא?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 השווא הנח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ברוב המקרים הוא שקט וסוגר הברה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יַל וְדָּה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מחיאה מסמנת הברה 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האות עם השווא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לחלוקה הנכונה להברות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(יַל-דָּה)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(שֻׁל-חָן)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(מִג-דָּל)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(מִר-פֶּ-סֶת)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(מַפ-תֵּחַ)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ובודקים כמה הברות יש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כל הברה בנפרד ועוצרים באות שיש בה שווא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מחברים את ההברות וקוראים את המילה כולה בשטף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מוחאים כף על כל הברה כדי לבדוק שקראנו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הקריטריון: חלוקה נכונה להברות, זיהוי מדויק של מקום השווא, ומשפט תקין המשתמש במילה שנבחרה.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 הסוגר הברה הוא שקט ועוצרים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נכונה: למשל מַפְ-תֵּחַ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נכונה עוזרת לקרוא את המילה בבירור ובלי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בקול רם יחד עם מחיאות כף על כל הברה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כמה מילים לדוגמה על הלוח ולחלק אותן יחד עם הכיתה לפני התחלת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ולהתמקד בזיהוי בסיסי של מקום השווא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באמצע מילה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כשיש שווא באמצע מילה הוא לרוב סוגר הברה, ואז עוצרים עליו בקריאה כמו ב: יַלְ־דָּה. בדף הזה נתרגל לזהות את השווא, לחלק מילים להברות ולקרוא אותן בשטף.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באיזו אות נמצא השווא?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אות יש שווא במילה יַלְדָּה?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אות יש שווא במילה שֻׁלְחָן?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אות יש שווא במילה מִגְדָּל?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אות יש שווא במילה מַלְכָּה?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אות יש שווא במילה כַּפְתּוֹר?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כשהשווא סוגר הברה, עוצרים עליו בקריאה.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 באמצע המילה תמיד נשמע כמו תנועה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יַלְדָּה יש שתי הברות.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מחיאת כף על כל הברה עוזרת לבדוק קריאה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האות עם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בַּמילה שִׂמְלָה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בַּמילה חֻלְצָה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בַּמילה מַטְרִיָּה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בַּמילה שַׁרְשֶׁרֶת השווא נמצא מתחת לאות הראשונה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בַּמילה מַשְׁקֶה השווא נמצא מתחת לאות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בַּמילה גַּרְבַּיִם השווא נמצא מתחת לאות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לחלוקה הנכונה להברות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יַלְדָּה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שֻׁל-חָן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מִג-דָּל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מִגְדָּל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מַפ-תֵּחַ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מִרְפֶּסֶת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יַל-דָּה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מַפְתֵּחַ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מִר-פֶּ-סֶת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מוחאים כף על כל הברה כדי לבדוק שקראנו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במילה ובודקים כמה הברות יש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כל הברה בנפרד ועוצרים באות שיש בה שווא סוגר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ההברות וקוראים את המילה כולה בשטף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 מילים מרשימת המילים שתרגלנו, כתבו אותן מחולקות להברות (עם מקף), ואז כתבו משפט אחד עם אחת מהמילים.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השווא כשהוא סוגר הברה?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שווא באמצע וחלקו אותה להברות.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לעצור על השווא כשקוראים?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 באמצע מילה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